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הישן - מיתוס ומציאות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מאפייני היישוב הישן: ערי הקודש, החלוקה והכוללים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ההבדלים בין הקהילה הספרדית לאשכנזית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שינויים שחלו ביישוב הישן במחצית השנייה של המאה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תרומות מיהודי העולם לתמיכה בלומדי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יפו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גרו בעיקר בארבע ערי הקודש: ירושלים, חברון, צפת וטבריה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ייסדו למשל את פתח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הקהילות היו שונות בשפה, מנהגים וארגון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ערי הקודש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חכם באשי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(תרומות מיהודי העולם ללומדי 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(ייצג את היהודים מול השלטון)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(ארגונים אשכנזיים לפי ארץ מוצא)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(השכונה הראשונה מחוץ לחומות)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הקמת משכנות שאננים (1860)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הופעת עיתונים עבריים בירושלים (1863)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ייסוד פתח תקווה (1878)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תחילת העלייה הראשונה (1882)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מאפיין ראשון: ריכוז בארבע ערי הקודש. מאפיין שני: פרנסה מכספי החלוקה. שינוי ראשון: יציאה מן החומות ובניית שכונות חדשות. שינוי שני: ניסיונות חקלאיים כמו פתח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ירושלים, חברון, צפת או טבריה - כל שתיים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יציאה מן החומות, חקלאות, עיתונות עברית או בתי ספר עם לימודי 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החלוקה היא תרומות מבחוץ, פרודוקטיביזציה היא פרנסה מעבודה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בענן מילים ולחזור אליו בסוף השיעור כדי להדגים שינוי בתפיסה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שהיישוב הישן לא היה קפוא - השינויים התרחשו עוד לפני העלייה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מיתוס מול מציאות, חשוב לעודד תלמידים לנמק את עמדתם בעזרת עובדות מהסרטון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הישן - מיתוס ומציאות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היישוב הישן הוא היישוב היהודי בארץ ישראל לפני העלייה הראשונה. בדף זה נבדוק האם הכינוי 'ישן' מתאים לחברה הזו, או שמא מדובר בחברה שהשתנתה וצמחה.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חכם באשי  ·  ערי הקודש  ·  חלוקה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היו 'כספי החלוקה'?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משכורת מהשלטון העות'מאני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תרומות מיהודי העולם לתמיכה בלומדי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 שגבו מהיהודים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מהערים הבאות אינה אחת מארבע ערי הקודש?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חברון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יפו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 יהודי הארץ לפני 1881 גרו בתל אביב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 היישוב הישן לא הקימו שום יישוב חקלאי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לספרדים ולאשכנזים היו שפות ומנהגים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היישוב הישן התרכז בעיקר בארבע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כספי ה__________ היו תרומות מיהודי העולם ללומדי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ייצג את היהודים הספרדים מול השלטון העות'מאני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החלוקה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ארגונים אשכנזיים לפי ארץ מוצא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החכם באשי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השכונה הראשונה מחוץ לחומות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כוללים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ייצג את היהודים מול השלטון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משכנות שאננים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תרומות מיהודי העולם ללומדי תורה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ייסוד פתח תקווה (1878)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הקמת משכנות שאננים (1860)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תחילת העלייה הראשונה (1882)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הופעת עיתונים עבריים בירושלים (1863)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שני מאפיינים של היישוב הישן בארץ ישראל, והציגו שני שינויים שהתרחשו בו במחצית השנייה של המאה ה-19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שתיים מארבע ערי הקודש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לשינוי שחל ביישוב הישן במאה ה-19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הישן - מיתוס ומציאות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