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הישן - מיתוס ומציאות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מאפייני היישוב הישן: ערי הקודש, החלוקה והכוללים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ההבדלים בין הקהילה הספרדית לאשכנזית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שינויים שחלו ביישוב הישן במחצית השנייה של המאה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תרומות מיהודי העולם לתמיכה בלומדי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יפו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החכם באשי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משה מונטיפיורי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ארגונים אשכנזיים לפי ארץ מוצא שחילקו כספים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1860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גרו בעיקר בארבע ערי הקודש: ירושלים, חברון, צפת וטבריה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ייסדו למשל את פתח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הקהילות היו שונות בשפה, מנהגים וארגון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משכנות שאננים נבנתה כבר ב-1860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החכם באשי היה בדרך כלל מהעדה הספרדית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היו ניסיונות פרודוקטיביזציה - חקלאות ומלאכה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נכון – העיתונים 'הלבנון' ו'חבצלת' החלו להופיע אז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ערי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חכם באשי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5. 1878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(תרומות מיהודי העולם ללומדי 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(ייצג את היהודים מול השלטון)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(ארגונים אשכנזיים לפי ארץ מוצא)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(השכונה הראשונה מחוץ לחומות)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(נדבן שתמך ביישוב ויזם בנייה מחוץ לחומות)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הקמת משכנות שאננים (1860)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הופעת עיתונים עבריים בירושלים (1863)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ייסוד פתח תקווה (1878)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תחילת העלייה הראשונה (1882)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מאפיין ראשון: ריכוז בארבע ערי הקודש. מאפיין שני: פרנסה מכספי החלוקה. שינוי ראשון: יציאה מן החומות ובניית שכונות חדשות. שינוי שני: ניסיונות חקלאיים כמו פתח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בעד: החברה שמרה על אורח חיים מסורתי של תורה ותפילה. נגד: החברה עברה שינויים משמעותיים - יציאה מהחומות, חקלאות, בתי ספר ועיתונות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ירושלים, חברון, צפת או טבריה - כל שתיים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יציאה מן החומות, חקלאות, עיתונות עברית או בתי ספר עם לימודי חול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החלוקה היא תרומות מבחוץ, פרודוקטיביזציה היא פרנסה מעבודה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בענן מילים ולחזור אליו בסוף השיעור כדי להדגים שינוי בתפיסה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שהיישוב הישן לא היה קפוא - השינויים התרחשו עוד לפני העלייה הראשונה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מיתוס מול מציאות, חשוב לעודד תלמידים לנמק את עמדתם בעזרת עובדות מהסרטון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הישן - מיתוס ומציאות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היישוב הישן הוא היישוב היהודי בארץ ישראל לפני העלייה הראשונה. בדף זה נבדוק האם הכינוי 'ישן' מתאים לחברה הזו, או שמא מדובר בחברה שהשתנתה וצמחה.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היו 'כספי החלוקה'?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משכורת מהשלטון העות'מאני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תרומות מיהודי העולם לתמיכה בלומדי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 שגבו מהיהודים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עבור עבודה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מהערים הבאות אינה אחת מארבע ערי הקודש?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ייצג את היהודים מול השלטון העות'מאני?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החכם באשי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הכולל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הנדיב הידוע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יזם את הקמת משכנות שאננים?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 מונטיפיורי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תיאודור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אדמונד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היו הכוללים?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 ספר חקלאיים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ארגונים אשכנזיים לפי ארץ מוצא שחילקו כספים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עיתונים עבריים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החלה היציאה מן החומות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1882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יהודי הארץ לפני 1881 גרו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היישוב הישן לא הקימו שום יישוב חקלאי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לספרדים ולאשכנזים היו שפות ומנהגים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כבר לפני העלייה הראשונה נבנו שכונות מחוץ לחומות 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החכם באשי היה בדרך כלל מהעדה האשכנזית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בני היישוב הישן התפרנסו רק מכספי החלוקה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עיתונות עברית הופיעה בירושלים כבר ב-1863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היישוב הישן התרכז בעיקר בארבע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כספי ה__________ היו תרומות מיהודי העולם ללומדי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ייצג את היהודים הספרדים מול השלטון העות'מאני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משכנות שאננים הייתה ראשית ה__________ מן החומות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פתח תקווה נוסדה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היו ארגונים אשכנזיים לפי ארץ מוצא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החלוקה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ייצג את היהודים מול השלטון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החכם באשי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תרומות מיהודי העולם ללומדי 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כוללים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השכונה הראשונה מחוץ לחומות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משכנות שאננים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נדבן שתמך ביישוב ויזם בנייה מחוץ לחומות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משה מונטיפיורי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ארגונים אשכנזיים לפי ארץ מוצא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העלייה הראשונה (1882)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פתח תקווה (1878)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הופעת עיתונים עבריים בירושלים (1863)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משכנות שאננים (1860)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שני מאפיינים של היישוב הישן בארץ ישראל, והציגו שני שינויים שהתרחשו בו במחצית השנייה של המאה ה-19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המונח 'יישוב ישן' מוצדק? הציגו טיעון בעד וטיעון 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שתיים מארבע ערי הקודש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לשינוי שחל ביישוב הישן במאה ה-19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כספי החלוקה לפרודוקטיביזציה?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הישן - מיתוס ומציאות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